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קטגוריה שייכת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בתשע קטגוריות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של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סוגות 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איברים פנימיים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חודשים עבריים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(יבשות)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(איברים פנימיים)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רומן הוא סוג של יצירה ספרותית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לב הוא איבר פנימי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אירופה היא אחת היבשות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מברג הוא כלי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אדר הוא אחד מחודשי השנה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עיגול הוא צורה גיאומטרית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תמר, אורן, דקל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פחד, אהבה, קנאה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קטגוריה ומסביר בקצרה את המאפיין המשותף למילים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קטגוריה נכונה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פטיש או מסור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שיבשת היא שטח גדול בעולם ועץ הוא 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הלוטו בזוגות לאחר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קטגוריה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להוסיף מילים חדשות לכל קטגוריה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הלוטו צריך למצוא לאיזו קטגוריה שייכת המילה שמופיעה למעלה, מתוך תשע קטגוריות: סוגות ספרות, כלי מטבח, כלי עבודה, עצים, יבשות, איברים פנימיים, צורות, רגשות וחודשים עבריים.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קטגוריה שייכת המילה "רומן"?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סוגות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קטגוריה שייכת המילה "פטיש"?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איברים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קטגוריה שייכת המילה "אסיה"?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סוגות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קטגוריה שייכת המילה "לב"?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איברים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חודשים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קטגוריה שייכת המילה "משולש"?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קטגוריה שייכת המילה "תשרי"?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חודשים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סוגות ספרות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יבשות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איברים פנימיים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דוגמה לכלי מטבח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 לכלי עבודה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דוגמה לרגש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דוגמה לצורה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דוגמה לעץ היא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רומן הוא דוגמה לסוגת ספרות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 הוא כלי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אירופה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מברג הוא כלי מטבח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אדר הוא חודש עברי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עיגול הוא איבר פנימי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ששייכות לקטגוריה "עצים"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נוספות ששייכות לקטגוריה "רגשות"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קטגוריה אחת מהמשחק והסבירו מה משותף לכל המילים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קטגוריה אחת שלמדתם עליה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מתוך קטגוריית "כלי עבודה"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יבשת לעץ?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לוטו 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