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לאיזו קטגוריה שייכת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בתשע קטגוריות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וסיווג של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סוגות 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כלי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יבשות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מטבח)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(יבשות)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כעס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רומן הוא סוג של יצירה ספרותית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לב הוא איבר פנימי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אירופה היא אחת היבשות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תמר, אורן, דקל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קטגוריה נכונה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כמו פטיש או מסור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שיבשת היא שטח גדול בעולם ועץ הוא צמח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הלוטו בזוגות לאחר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מכל קטגוריה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להוסיף מילים חדשות לכל קטגוריה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הלוטו צריך למצוא לאיזו קטגוריה שייכת המילה שמופיעה למעלה, מתוך תשע קטגוריות: סוגות ספרות, כלי מטבח, כלי עבודה, עצים, יבשות, איברים פנימיים, צורות, רגשות וחודשים עבריים.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מסור  ·  כעס  ·  סיר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קטגוריה שייכת המילה "רומן"?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סוגות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קטגוריה שייכת המילה "פטיש"?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לאיזו קטגוריה שייכת המילה "אסיה"?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סוגות ספרות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יבשות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כלי מטבח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דוגמה לכלי מטבח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דוגמה לכלי עבודה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דוגמה לרגש היא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רומן הוא דוגמה לסוגת ספרות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 הוא כלי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אירופה היא יבשת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נוספות ששייכות לקטגוריה "עצים"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קטגוריה אחת שלמדתם עליה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מתוך קטגוריית "כלי עבודה"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לוטו 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